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Ατομικό μηνιαίο παρουσιολόγιο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Μήνας / Έτος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Εργαζόμενος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Εταιρεία / εργοτάξιο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Ημ/νία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Ημέρα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Προσέλευση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Υπογραφή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Αποχώρηση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Υπογραφή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Διάλειμμα (λεπτά)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Ώρες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Σημειώσεις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Σύνολο ωρών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Υπογραφή εργαζομένου και ημερομηνία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Υπογραφή εργοδότη και ημερομηνία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Δωρεάν πρότυπο από το EasyHours · easyhours.gr — καταγραφή ωρών από κινητό ή κοινόχρηστο tablet αντί για χαρτί.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gr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https://easyhours.gr/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